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החידון המהיר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חזרה על 4 נושאים: נאורות, אמנציפציה, מהפכה תעשייתית, השכלה.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https://historia-et-hachadasha.sites.tab.bot/chidon.html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השאלות לקוחות מהחידון המהיר באתר. אפשר לחלק לזוגות ולבדוק יחד.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כינוי 'סוקרטס היהודי' למנדלסון – כינוי מקובל בספרות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יל"ג שימש מזכיר הקהילה בסנקט פטרבורג (משנות ה-70 של המאה ה-19)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עידן הנאורות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להשתמש בשכל שלכם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האמנציפציה – שוויון זכויות ליהודים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1791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נפוליאון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המהפכה התעשייתית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ג'יימס וואט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תנועת ההשכלה היהודית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המאסף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 שאלה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החידון המהיר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עידן הנאורות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כתב את 'רוח החוקים'?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וולטר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דידרו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מונטסקייה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סיסמת קאנט 'העזו לדעת'?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לחזור למסורת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להשתמש בשכל שלכם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לציית לסמכות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באיזו שנה קיבלו כל יהודי צרפת שוויון?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1806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1789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1791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כינס את 'אספת הנכבדים' היהודית?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ביסמרק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יוסף השני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נפוליאון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המהפכה התעשייתית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היכן החלה המהפכה התעשייתית?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בריטניה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איטליה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צרפת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שיפר את מנוע הקיטור?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ג'יימס וואט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קרל מרקס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ג'ורג' סטפנסון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תנועת ההשכלה היהודית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נחשב 'אבי ההשכלה'?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יל"ג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משה מנדלסון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הרצל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איך נקרא כתב העת של המשכילים?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הצפירה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המאסף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המליץ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 שאלה משלכם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שאלה אחת על נושא שלמדתם, ואת התשובה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נושא שאני יודע/ת טוב: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נושא שצריך לחזור עליו: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הלך לי?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החידון המהיר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