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החידון המהיר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על 4 נושאים: נאורות, אמנציפציה, מהפכה תעשייתית, השכלה.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https://historia-et-hachadasha.sites.tab.bot/chidon.html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השאלות לקוחות מהחידון המהיר באתר. אפשר לחלק לזוגות ולבדוק 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כינוי 'סוקרטס היהודי' למנדלסון – כינוי מקובל בספרות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יל"ג שימש מזכיר הקהילה בסנקט פטרבורג (משנות ה-70 של המאה ה-19)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להשתמש בשכל שלכם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1791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נפוליאון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ג'יימס וואט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המאסף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שאלה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החידון המהיר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היכולת האנושית לחשוב, לשפוט ולהסיק מסקנות באופן הגיוני (reason)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שיש לכל אדם מעצם היותו אדם, כמו הזכות לחיים, לחירות ולרכוש. (rights)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הרעיון שהשלטון נוצר מהסכמה בין בני האדם, ולכן הוא מחויב לטובת הציבור.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עבודת ידיים בעבודה של מכונות.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ריכוז עובדים ומכונות במבנה אחד, תחת פיקוח ובשעות עבודה קבועות. (factory)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מכונה הממירה את כוח הקיטור מחימום מים לתנועה; מקור אנרגיה מרכזי… (steam engine)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כתב את 'רוח החוקים'?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דידרו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סיסמת קאנט 'העזו לדעת'?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לציית לסמכות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להשתמש בשכל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לחזור למסורת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שנה קיבלו כל יהודי צרפת שוויון?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1791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1789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1806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כינס את 'אספת הנכבדים' היהודית?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נפוליאון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ביסמרק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יוסף השני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היכן החלה המהפכה התעשייתית?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בריטניה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צרפת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איטליה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קרל מרקס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ג'ורג' סטפנסון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ג'יימס וואט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נחשב 'אבי ההשכלה'?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יל"ג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הרצל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משה מנדלסון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נקרא כתב העת של המשכילים?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הצפירה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המאסף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המליץ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שאלה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שאלה אחת על נושא שלמדתם, ואת התשובה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נושא שאני יודע/ת טוב: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נושא שצריך לחזור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הלך לי?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החידון המהיר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