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כרטיסיות מושגים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שינון והבנה של מושגי היסוד בארבעה נושאים.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https://historia-et-hachadasha.sites.tab.bot/kartisim.html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המושגים לקוחים מהכרטיסיות באתר (צד א׳ מושג, צד ב׳ הסבר).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יכולת האדם לחשוב ולהסיק מסקנות הגיוניות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חיים, חירות ורכוש – לכל אדם מעצם היותו 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השלטון נוצר מהסכמת בני האדם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הסמכות העליונה שייכת לעם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ניהול עצמי של הקהילה היהודית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צו של יוסף השני להקלות ליהודים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'ליהודים כאומה – דבר; כבני אדם – הכול'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החלפת עבודת ידיים במכונות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ריכוז עובדים ומכונות במבנה אחד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מכונה שהופכת כוח קיטור לתנועה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מעבר מהכפר לעיר וגידול הערים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– 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השכלה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משכיל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 מנדלסון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משפטים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🃏 כרטיסיות מושגים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משכיל  |  משה מנדלסון  |  השכלה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מושגים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תבונה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הסמכות העליונה שייכת לעם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השלטון נוצר מהסכמת בני האדם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אמנה חברתית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חיים, חירות ורכוש – לכל אדם מעצם היותו אדם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ריבונות העם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יכולת האדם לחשוב ולהסיק מסקנות הגיוניות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מושגים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אמנציפציה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ניהול עצמי של הקהילה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אוטונומיה קהילתית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שוויון זכויות אזרחיות ופוליטיות ליהודים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כתב הסובלנות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'ליהודים כאומה – דבר; כבני אדם – הכול'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צו של יוסף השני להקלות ליהודים (1782)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ריכוז עובדים ומכונות במבנה אחד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שיטת המפעל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מעבר מהכפר לעיר וגידול הערים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מנוע קיטור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החלפת עבודת ידיים במכונות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מכונה שהופכת כוח קיטור לתנועה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השלימו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המושג המתאים.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שילוב השכלה כללית בחיים היהודיים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איש תנועת ההשכלה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אבי ההשכלה; תרגום התורה לגרמנית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משפטים עם מושגים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2 מושגים מהדף וכתבו משפט עם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המושג הכי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המושג הכי קל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טיפ שעוזר לי לזכור מושג: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כרטיסיות מושגים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