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כרטיסיות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שינון והבנה של מושגי היסוד בארבעה 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https://historia-et-hachadasha.sites.tab.bot/kartisim.html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המושגים לקוחים מהכרטיסיות באתר (צד א׳ מושג, צד ב׳ הסבר).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עידן הנאורות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יכולת האדם לחשוב ולהסיק מסקנות הגיוניות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חיים, חירות ורכוש – לכל אדם מעצם היותו 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השלטון נוצר מהסכמת בני האדם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הסמכות העליונה שייכת לעם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מחוקקת, מבצעת ושופטת – המגבילות זו את זו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מתן אפשרות לחיות לפי אמונה שונה בלי רדיפה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האמנציפציה – שוויון זכויות ליהודים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ניהול עצמי של הקהילה היהודית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צו של יוסף השני להקלות ליהודים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'ליהודים כאומה – דבר; כבני אדם – הכול'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כינוס יהודי שכינס נפוליאון (1806)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גוף רבנים שאישר את התשובות (1807)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מושגים – המהפכה התעשייתית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החלפת עבודת ידיים במכונות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ריכוז עובדים ומכונות במבנה אחד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מכונה שהופכת כוח קיטור לתנועה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מעבר מהכפר לעיר וגידול הערים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עובדים שכירים במפעלים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בעלי ההון והמפעלים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– תנועת ההשכלה היהודית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ה'ביאור'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תורת האדם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משפטים עם 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🃏 כרטיסיות מושגים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מושגים – עידן הנאורות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תבונה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השלטון נוצר מהסכמת בני האדם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מחוקקת, מבצעת ושופטת – המגבילות זו את זו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אמנה חברתית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הסמכות העליונה שייכת לעם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יכולת האדם לחשוב ולהסיק מסקנות הגיוניות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הפרדת רשויות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חיים, חירות ורכוש – לכל אדם מעצם היותו אדם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סובלנות דתית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מתן אפשרות לחיות לפי אמונה שונה בלי רדיפה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מושגים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גוף רבנים שאישר את התשובות (1807)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אוטונומיה קהילתית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כינוס יהודי שכינס נפוליאון (1806)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הסובלנות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שוויון זכויות אזרחיות ופוליטיות ליהודים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קלרמון-טונר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צו של יוסף השני להקלות ליהודים (1782)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אספת הנכבדים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ניהול עצמי של הקהילה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הסנהדרין של נפוליאון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'ליהודים כאומה – דבר; כבני אדם – הכול'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מושגים – המהפכה התעשייתית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מושג את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מכונה שהופכת כוח קיטור לתנועה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מעבר מהכפר לעיר וגידול הערים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ריכוז עובדים ומכונות במבנה אחד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בעלי ההון והמפעלים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מעמד הפועלים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החלפת עבודת ידיים במכונות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בורגנות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עובדים שכירים במפעלים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השלימו – תנועת ההשכלה היהודית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המושג המתאים. בחרו מתוך: 'המאסף' / תורת האדם / ה'ביאור' / משה מנדלסון / השכלה / משכיל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שילוב השכלה כללית בחיים היהודיים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איש תנועת ההשכלה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אבי ההשכלה; תרגום התורה לגרמנית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פירוש עברי שליווה את התרגום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כתב העת העברי של המשכילים (1783–1784)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מונח של ויזל לידע הכללי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משפטים עם מושגים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3 מושגים מהדף וכתבו משפט עם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המושג הכי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המושג הכי קל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טיפ שעוזר לי לזכור מושג: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כרטיסיות מושגים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